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40" w:after="80"/>
        <w:jc w:val="center"/>
      </w:pPr>
      <w:r>
        <w:rPr>
          <w:rFonts w:ascii="Arial" w:hAnsi="Arial"/>
          <w:b/>
          <w:i w:val="0"/>
          <w:color w:val="7A1F32"/>
          <w:sz w:val="44"/>
        </w:rPr>
        <w:t>ŚRĪ KĀLIKĀ SAHASRANĀMA</w:t>
      </w:r>
    </w:p>
    <w:p>
      <w:pPr>
        <w:spacing w:after="360"/>
        <w:jc w:val="center"/>
      </w:pPr>
      <w:r>
        <w:rPr>
          <w:rFonts w:ascii="Arial" w:hAnsi="Arial"/>
          <w:b/>
          <w:i w:val="0"/>
          <w:color w:val="7A1F32"/>
          <w:sz w:val="36"/>
        </w:rPr>
        <w:t>1008 имён Кали</w:t>
      </w:r>
    </w:p>
    <w:p>
      <w:pPr>
        <w:spacing w:after="140"/>
      </w:pPr>
      <w:r>
        <w:rPr>
          <w:rFonts w:ascii="Arial" w:hAnsi="Arial"/>
          <w:b/>
          <w:i w:val="0"/>
          <w:color w:val="1F4D78"/>
          <w:sz w:val="21"/>
        </w:rPr>
        <w:t xml:space="preserve">Формат: </w:t>
      </w:r>
      <w:r>
        <w:rPr>
          <w:rFonts w:ascii="Arial" w:hAnsi="Arial"/>
          <w:b w:val="0"/>
          <w:i w:val="0"/>
          <w:sz w:val="21"/>
        </w:rPr>
        <w:t>Санскрит (IAST) — русская транслитерация — краткий русский смысл.</w:t>
      </w:r>
    </w:p>
    <w:p>
      <w:pPr>
        <w:spacing w:after="140"/>
      </w:pPr>
      <w:r>
        <w:rPr>
          <w:rFonts w:ascii="Arial" w:hAnsi="Arial"/>
          <w:b/>
          <w:i w:val="0"/>
          <w:color w:val="1F4D78"/>
          <w:sz w:val="21"/>
        </w:rPr>
        <w:t xml:space="preserve">Редакция: </w:t>
      </w:r>
      <w:r>
        <w:rPr>
          <w:rFonts w:ascii="Arial" w:hAnsi="Arial"/>
          <w:b w:val="0"/>
          <w:i w:val="0"/>
          <w:sz w:val="21"/>
        </w:rPr>
        <w:t>Рабочая нумерованная редакция Kālikā Sahasranāma. Не смешивает имена с другими вариантами сахасранамы.</w:t>
      </w:r>
    </w:p>
    <w:p>
      <w:pPr>
        <w:spacing w:after="140"/>
      </w:pPr>
      <w:r>
        <w:rPr>
          <w:rFonts w:ascii="Arial" w:hAnsi="Arial"/>
          <w:b/>
          <w:i w:val="0"/>
          <w:color w:val="1F4D78"/>
          <w:sz w:val="21"/>
        </w:rPr>
        <w:t xml:space="preserve">Примечание: </w:t>
      </w:r>
      <w:r>
        <w:rPr>
          <w:rFonts w:ascii="Arial" w:hAnsi="Arial"/>
          <w:b w:val="0"/>
          <w:i w:val="0"/>
          <w:sz w:val="21"/>
        </w:rPr>
        <w:t>Русские значения даны как краткие переводческие глоссы имён; они не заменяют традиционный комментарий гуру или пандита.</w:t>
      </w:r>
    </w:p>
    <w:p>
      <w:pPr>
        <w:spacing w:after="140"/>
      </w:pPr>
      <w:r>
        <w:rPr>
          <w:rFonts w:ascii="Arial" w:hAnsi="Arial"/>
          <w:b/>
          <w:i w:val="0"/>
          <w:color w:val="1F4D78"/>
          <w:sz w:val="21"/>
        </w:rPr>
        <w:t xml:space="preserve">Источники текста: </w:t>
      </w:r>
      <w:r>
        <w:rPr>
          <w:rFonts w:ascii="Arial" w:hAnsi="Arial"/>
          <w:b w:val="0"/>
          <w:i w:val="0"/>
          <w:sz w:val="21"/>
        </w:rPr>
        <w:t>Санскритский текст: Kālikā-kula-sarvasva (публикация Stotra Nidhi). Нумерованный перечень и смысловые глоссы сверены по Devi Red Zambala.</w:t>
      </w:r>
    </w:p>
    <w:p>
      <w:r/>
    </w:p>
    <w:p>
      <w:pPr>
        <w:pStyle w:val="Heading1"/>
      </w:pPr>
      <w:r>
        <w:t>Имена 1–1008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</w:tblPr>
      <w:tblGrid>
        <w:gridCol w:w="500"/>
        <w:gridCol w:w="2650"/>
        <w:gridCol w:w="2350"/>
        <w:gridCol w:w="3860"/>
      </w:tblGrid>
      <w:tr>
        <w:trPr>
          <w:tblHeader w:val="true"/>
        </w:trP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shd w:fill="E8EEF5"/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/>
                <w:i w:val="0"/>
                <w:sz w:val="17"/>
              </w:rPr>
              <w:t>№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shd w:fill="E8EEF5"/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/>
                <w:i w:val="0"/>
                <w:sz w:val="17"/>
              </w:rPr>
              <w:t>Санскрит (IAST)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shd w:fill="E8EEF5"/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/>
                <w:i w:val="0"/>
                <w:sz w:val="17"/>
              </w:rPr>
              <w:t>Русская транслитерация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shd w:fill="E8EEF5"/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/>
                <w:i w:val="0"/>
                <w:sz w:val="17"/>
              </w:rPr>
              <w:t>Русский смысл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Śmaśānakālikā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Шмашанакалiка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Устраняет тьму с места кремации или от смерти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Kālī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Кали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Устраняет Тьму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Bhadrakālī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Бхадракали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Превосходным Устранителем Тьмы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Kapālinī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Капалiни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Носителем Черепов Нечистоты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Guhyakālī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Гухйакали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Скрытой или Тайной Устранительницей Тьмы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Mahākālī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Махакали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Великой Устранительницей Тьмы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karālāsyā karālī ca kulakāntā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караласйа карали ча кулаканта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параджита | угра уграрабха дипта випрачитта маханана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Kālikā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Калiка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причиной устранения тьмы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Kālarātiś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Каларатiш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Темная Ночь Эгоизма и…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Mahākālanitambinī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Махакаланiтамбiни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Вечная Мать Великого Времени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Kālabhairavabhāryā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Калабхаiравабхарйа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Женой Страха Бесконечного Времени и…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Kulavartmaprakāśinī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Кулавартмапракашiни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освещает весь мир Семья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Kāmadā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Камада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Подателем всех желаний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Kāminī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Камiни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Подателем Этого Желания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Kāmyā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Камйа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которая желанная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Kamanīyasvabhāvinī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Каманийасвабхавiни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внутренняя природа желаемого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kastūrīrasaliptāṅgī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кастурирасалiптангги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Чьи конечности Помазаны Соком Мускуса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kuñjareśvaragāminī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куньджарэшварагамiни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которая движется подобно повелителю слонов (Айравата Индры)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kakāravarṇasarvāṅgī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какараварнасарвангги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все части буквы «Ка», Причина.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kāminī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камiни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Она, Кто есть Это Желание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kāmasundarī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камасундари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прекрасна, желание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kāmārtā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камарта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объектом желания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kāmarūpā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камарупа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Форма Желания и…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kāmadhenuḥ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камадхэнух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Корова, Исполняющая Все Желания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kalāvatī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калавати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хранилищем всех качеств и искусств.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kāntā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канта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красота, усиленная любовью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cintyā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чiнтйа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чинтья свадха сваха нидра тандра ча парвати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kāmākhyā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камакхйа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Она, чье имя Желание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kulapālinī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кулапалiни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защищает совершенство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kulīnā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кулина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Она, Кто Совершенство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kulavatyambā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кулаватйамба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Хранилищем Совершенства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durgā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дурга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избавляет от трудностей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durgārtināśinī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дургартiнашiни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Разрушительница всех различных трудностей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kumārī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кумари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которая вечно чиста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kulajā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куладжа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есть, рождает совершенство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kṛṣṇā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кришна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проявляет все действия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kṛṣṇadehā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кришнадэха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у Которой темное тело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kṛśodārā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кришодара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есть, держит все действия на высоте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kṛśāṁgī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кришамги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есть, воплощает все действия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kuliśāṁgī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кулiшамги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Воплощением Совершенства и…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krīṁkārī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кримкари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есть, вызывает растворение тонкого тела в причинном теле.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kamal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камал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Лотос (Лакшми)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kalā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кала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искусство, или все атрибуты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karālāsyā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караласйа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у Которой разинутый рот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karālī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карали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растворяет всё в Своем Существе и…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kulakāntā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кулаканта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параджита – Та, чья великолепная красота непобедима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ugrā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угра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Она, которая ужасна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ugraprabhā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уграпрабха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чей свет ужасен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dīptā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дипта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Свет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vipracittā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вiпрачiтта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чьи объекты сознания разнообразны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mahānanā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маханана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у Которой великолепное лицо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nīlāghanā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нилагхана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у Которой цвет лица темного облака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valākā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валака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которая олицетворяет свободу лебедя и…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mātrā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матра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Она, Кто есть Стих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mudrāmitāsitā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мудрамiтасiта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Она, чьи конечности чрезвычайно элегантны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brāhmī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брахми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Творческая Энергия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nārāyaṇī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нарайани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Разоблачителем Сознания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bhadrā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бхадра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Она, которая превосходна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subhadrā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субхадра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Превосходной в совершенстве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bhaktavatsalā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бхактаватсала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питает всех преданных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māheśvarī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махэшвари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Она, Кто является Великим Провидцем Всего и…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cāmuṇdā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чамунда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движется в парадигме сознания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vārāhī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варахи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Жертвенный Вепрь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nārasiṁhikā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нарасiмхiка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свирепым получеловеком-полульвом мужества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vajrāṅgī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ваджрангги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у Которой конечности молнии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vajrakaṅkālī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ваджракангкали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чья голова сияет, как молния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nṛmuṇdasragviṇī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нримундасрагвiни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которая украшена гирляндой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śivā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шiва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Энергия Сознания Бесконечного Добра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mālinī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малiни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которая носит гирлянду из черепов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naramuṇdālī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нарамундали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держит главу человека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galatrudhirabhūṣaṇā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галатрудхiрабхушана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Из гирлянды черепов на ее шее падают капли крови.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raktacandanasiktāṅgī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рактачанданасiктангги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чьи конечности покрыты красной сандаловой пастой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sindūrāruṇamastakā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сiндурарунамастака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чей лоб отмечен ярко-красным светом любви, несущей свет мудрости.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ghorarūpā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гхорарупа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имеет Устрашающую Форму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ghoradaṁṣṭrā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гхорадамштра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чьи зубы страшны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ghorāghoratarā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гхорагхоратара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Благоприятность, выходящая за рамки неблагоприятности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śubhā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шубха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чиста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mahādaṁṣṭrā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махадамштра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у Которой большие зубы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mahāmāyā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махамайа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Великое Определение Сознания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sudantī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суданти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у Которой отличные зубы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yugadanturā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йугадантура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находится за пределами веков времени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sulocanā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сулочана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у Которой красивые глаза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virūpākṣī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вiрупакши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чьи глаза неописуемой формы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viśālākṣī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вiшалакши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у Которой великие глаза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trilocanā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трiлочана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у Которой три глаза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anaṅgakusumā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ананггакусума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нангамекхала - нангарупини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anaṅgamadanā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ананггамадана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нангарекха - нанганкушешвари | анангамалини камешвари сарвартхасадхика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aṭṭahāsaprasannāsyā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аттахасапрасаннасйа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отлично смеется, получая огромное удовольствие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smeravaktrā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смэравактра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произносит слова памяти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subhāṣiṇī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субхашiни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у Которой превосходное выражение лица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prasannapadmavadanā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прасаннападмавадана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чьи лотосные губы улыбаются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smitāsyā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смiтасйа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чье лицо всегда счастливо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priyabhāṣiṇī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прiйабхашiни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любимое выражение любви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koṭarākṣī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котаракши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чьи глаза бесконечны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kulaśreṣṭhā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кулашрэштха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Превосходной в своем Совершенстве или в Превосходной Семье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mahatī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махати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у Которой великий ум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bahubhāṣiṇī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бахубхашiни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у Которой разные выражения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sumatiḥ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суматiх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у Которой превосходный ум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kumatiḥ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куматiх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у Которой коварный ум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100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caṇdā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чанда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Она, которая есть страсть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101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caṇdamuṇdātiveginī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чандамундатiвэгiни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Уничтожает Страсть, Подлость и Прочие Негативы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102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pracaṇdacaṇdikā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прачандачандiка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Великая Страшная Страсть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103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caṇdī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чанди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Мысль «Та, что разрывает на части»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104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caṇdikā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чандiка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причиной разрыва всех мыслей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105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caṇdaveginī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чандавэгiни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Уничтожает Всякую Страсть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106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sukeśī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сукэши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у Которой красивые волосы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107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muktakeśī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муктакэши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у Которой распущенные волосы и…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108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dīrghakeśī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диргхакэши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у Которой длинные волосы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109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mahatkucā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махаткуча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у Которой большая грудь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110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pretadehakarṇapūrā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прэтадэхакарнапура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Имеющая уши космического тела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111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pretapāṇisumekhalā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прэтапанiсумэкхала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у Которой руки и талия космического тела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112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pretāsanā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прэтасана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которая сидит с бестелесными духами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113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priyapretā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прiйапрэта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Возлюбленной бестелесных духов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114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pretabhūmikṛtālayā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прэтабхумiкриталайа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земля, где обитают бестелесные духи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115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śmaśānavāsinī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шмашанавасiни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которая обитает на месте кремации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116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puṇyā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пунйа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Заслуга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117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puṇyadā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пунйада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дарует заслуги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118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kulapaṇditā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кулапандiта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обладает превосходными знаниями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119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puṇyālayā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пунйалайа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Обителью Заслуг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120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puṇyadehā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пунйадэха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воплощает заслуги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121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puṇyaślokā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пунйашлока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Чье каждое слово достойно и…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122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pāvinī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павiни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которая дует, как свежий ветерок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123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pūtā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пута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Дочь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124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pavitrā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павiтра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чиста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125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paramā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парама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Высшая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126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purāpuṇyavibhūṣaṇā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пурапунйавiбхушана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освещает полные заслуги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127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puṇyanāmnī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пунйанамни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чье имя достойна уважения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128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bhītiharā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бхитiхара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убирает страх и сомнение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129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varadā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варада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дарует блага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130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khaṅgapālinī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кханггапалiни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у Которой в руке меч мудрости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131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nṛmuṇdahastaśastā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нримундахасташаста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держит череп нечистых мыслей и…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132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chinnamastā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чхiннамаста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держит отрубленную Главу Дуальности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133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sunāsikā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сунасiка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у Которой превосходный орган обоняния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134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dakṣiṇā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дакшiна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которая смотрит на юг; Та, которая есть подношение, сделанное в знак уважения к водительству.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135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śyāmalā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шйамала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у Которой темный цвет лица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136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śyāmā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шйама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Темна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137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śāntā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шанта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Мир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138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pīnonnatastanī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пиноннатастани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которая поднимает трезубец в руке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139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digambarā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дiгамбара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Носит Космос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140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ghorarāvā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гхорарава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Она, чей звук ужасен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141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sṛkkāntā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срикканта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чья красота творит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142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raktavāhinī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рактавахiни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проводником страсти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143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ghorarāvā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гхорарава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Она, чей звук ужасен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144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śivāsaṁgī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шiвасамги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с Шивой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145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visaṁgī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вiсамги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которая без всякого другого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146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madanāturā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маданатура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Она, Кто является Высшим Опьянением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147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mattā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матта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Великий Ум Мыслителя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148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pramattā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праматта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Выдающимся Умом или Мыслителем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149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pramadā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прамада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дарует превосходство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150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sudhāsindhunivāsinī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судхасiндхунiвасiни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Обитает в Океане Чистоты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151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atimattā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атiматта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Чрезвычайно Великий Разум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152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mahāmattā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махаматта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Великий Великий Разум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153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sarvākarṣṇakāriṇī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сарвакаршнакарiни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причиной всякого притяжения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154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gītapriyā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гитапрiйа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Любимица Песен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155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vādyaratā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вадйарата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кому очень нравится музыка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156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pretanṛtyaparāyaṇā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прэтанритйапарайана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Вечный Танец Бестелесных Духов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157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caturbhujā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чатурбхуджа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у Которой четыре руки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158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daśabhujā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дашабхуджа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у Которой десять рук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159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aṣṭādaśabhujā tathā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аштадашабхуджа татха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Также «Та, у кого восемнадцать рук»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160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kātyāyanī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катйайани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которая вечно чиста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161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jaganmātā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джаганмата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Мать воспринимаемой Вселенной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162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jagatāṁ parameśvarī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джагатам парамэшвари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Верховным Правителем воспринимаемой Вселенной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163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jagadbandhuḥ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джагадбандхух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Другом воспринимаемой Вселенной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164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jagaddhātri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джагаддхатрi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Создаёт воспринимаемую Вселенную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165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jagadānandakāriṇī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джагаданандакарiни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Причиной Блаженства в воспринимаемой Вселенной.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166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jagajjīvamayī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джагадждживамайи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Проявлением всей Жизни во Вселенной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167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haimavatī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хаiмавати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что родилась в Гималаях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168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māyā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майа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Великое Измерение Сознания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169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mahāmahī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махамахи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Великое Выражение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170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nāgayajñopavītāṅgī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нагайаджньопавитангги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Священная Нить на теле Змеи, Украшение Кундалини.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171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nāginī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нагiни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Змея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172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nāgaśāyinī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нагашайiни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что покоится на змеях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173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nāgakanyā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нагаканйа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Дочь Змеи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174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devakanyā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дэваканйа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Дочь Богов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175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gandharvī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гандхарви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что поет небесные божественные мелодии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176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kinnareśvarī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кiннарэшвари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Верховным Правителем Небесных Существ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177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moharātriḥ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мохаратрiх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Ночь Невежества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178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mahārātriḥ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махаратрiх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Великая Ночь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179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dāruṇā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даруна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Она, которая поддерживает всех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180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bhāsvarāsurī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бхасварасури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чье сияние разрушает двойственность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181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vidyādharī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вiдйадхари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дарует великие знания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182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vasumatī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васумати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у Которой есть богатство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183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yakṣiṇī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йакшiни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Дает Богатство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184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yogini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йогiнi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которая всегда в союзе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185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jarā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джара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которая старая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186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rākṣaśī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ракшаши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матерью всех демонов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187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dakini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дакiнi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Небесным Существом женского пола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188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vedamayī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вэдамайи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выражением мудрости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189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vedavibhūṣaṇā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вэдавiбхушана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освещает мудрость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190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śrutiḥ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шрутiх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то, что было услышано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191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smṛtiḥ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смритiх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Помнят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192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mahāvidyā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махавiдйа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Великое Знание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193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guhyavidyā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гухйавiдйа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Сокрытое Знание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194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purātanī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пуратани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древнейшее проявленное существование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195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cintyā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чiнтйа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Мысль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196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acintyā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ачiнтйа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Она, которая немыслима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197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svadhā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свадха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жертвы восхваления предков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198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svāhā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сваха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жертвой Я един с Богом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199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nidrā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нiдра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Сон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200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tandrā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тандра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Частично Пробуждена 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201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pārvatī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парвати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которая является дочерью горы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202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aparṇā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апарна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Без частей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203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niścalā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нiшчала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которую невозможно разделить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204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lolā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лола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у Которой высунутый язык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205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sarvavidyā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сарвавiдйа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Все Знание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206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tapasvinī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тапасвiни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совершает очистительные аскезы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207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gaṁgā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гамга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Святая Река (Ганга)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208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kāśī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каши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Бенарес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209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śacī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шачи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женой Индры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210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sītā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сита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женой Рамы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211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satī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сати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Женой Шивы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212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satyaparāyaṇā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сатйапарайана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которая всегда движется в истине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213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nītiḥ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нитiх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обобщенное знание или метод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214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sunītiḥ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сунитiх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превосходным систематизированным знанием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215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suruciḥ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суручiх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Она с отличным вкусом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216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tuṣṭiḥ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туштiх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Удовлетворение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217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puṣṭiḥ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пуштiх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Питание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218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dhṛtiḥ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дхритiх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Постоянная Твердость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219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kṣamā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кшама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Прощение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220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vāṇī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вани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Слова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221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buddhiḥ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буддхiх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Она, Кто есть Разум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222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mahālakṣmīḥ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махалакшмих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Великая Цель Существования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223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lakṣmīḥ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лакшмих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Она, Кто есть Цель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224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nīlasarasvatī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ниласарасвати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Голубой Богиней Знаний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225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srotasvatī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сротасвати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Дух Всего Звука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226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sarasvatī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сарасвати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олицетворением собственного океана существования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227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mātaṁgī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матамги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Мать всех тел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228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vijayā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вiджайа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Завоевание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229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jayā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джайа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Победа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230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nadī sindhuḥ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нади сiндхух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Реки и Океаны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231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sarvamayī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сарвамайи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выражением всего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232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tārā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тара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Просветителем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233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śūnyanivāsinī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шунйанiвасiни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которая живет в тишине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234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śuddhā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шуддха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Чистота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235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taraṇginī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тарангiни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волнует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236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medhā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мэдха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Разум Любви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237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lākinī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лакiни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проявленные энергии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238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bahurūpiṇī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бахурупiни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у Которой много форм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239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sthūlā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стхула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грубое тело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240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sūkṣmā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сукшма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Она, которая тонкая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241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sūkṣmatarā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сукшматара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Тонкая Волна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242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bhagavatī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бхагавати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женщиной-правительницей всего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243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anurāgiṇī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анурагiни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чувство эмоций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244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paramānandarūpā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параманандарупа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Форма Высшего Блаженства и…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245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ciddānandasvarūpiṇī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чiдданандасварупiни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внутренняя природа блаженства сознания.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246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sarvānandamayī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сарванандамайи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выражением всего блаженства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247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nity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нiтй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Вечна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248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sarvānandasvarūpiṇī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сарванандасварупiни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внутренняя природа всего блаженства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249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śubhadā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шубхада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Податель чистоты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250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nandinī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нандiни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которая блаженна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251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stutyā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стутйа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хвала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252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stavanīyasvabhāvinī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ставанийасвабхавiни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внутренней природой молитвенных песен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253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raṁkiṇī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рамкiни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проявляет тонкость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254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bhaṁkinī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бхамкiни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Она, которая свирепа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255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citrā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чiтра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Она, кто артистична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256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vicitrā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вiчiтра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у Которой разные творческие способности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257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citrarūpiṇī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чiтрарупiни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формой всего искусства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258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padmā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падма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Лотос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259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padmālayā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падмалайа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которая обитает в лотосе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260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padmamukhī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падмамукхи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у Которой лотосные уста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261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padmavibhūṣaṇā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падмавiбхушана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что сияет, как лотос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262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hākinī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хакiни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Энергия Божественного «Я»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263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śākinī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шакiни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Энергия Мира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264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śāntā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шанта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Мир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265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rākiṇī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ракiни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Энергия Тонкости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266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rudhirapriyā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рудхiрапрiйа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Возлюблена Плачущих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267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bhrāntiḥ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бхрантiх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Она, которая является замешательством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268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bhavānī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бхавани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проявленное Существование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269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rudrāṇī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рудрани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Энергия, устраняющая страдания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270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mṛdānī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мридани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Ритм Жизни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271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śatrumardinī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шатрумардiни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Уничтожает Всю Вражду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272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upendrāṇī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упэндрани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Высшая Энергия Владыки Чистого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273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mahendrāṇī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махэндрани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Великая Энергия Правителя Чистого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274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jyotsnā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джйотсна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есть, излучает Свет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275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candrasvarūpiṇī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чандрасварупiни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внутренняя природа Луны Преданности.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276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sūryātmikā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сурйатмiка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Душа Света Мудрости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277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rudrapatnī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рудрапатни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женой Рудры, избавляющей от страданий.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278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raudrī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раудри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Она, которая жестока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279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strī prakṛiḥ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стри пракриiх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Женщины Природы или Природа Женщин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280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pumān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пуман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Она, которая мужественна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281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śaktiḥ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шактiх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Энергия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282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sūktiḥ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суктiх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Она, Кто есть Счастье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283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matiḥ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матiх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Разум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284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mātā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мата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Мать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285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bhuktiḥ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бхуктiх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Она, которая есть наслаждение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286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muktiḥ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муктiх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Она, Кто есть Освобождение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287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pativratā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патiврата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соблюдает обет преданности своему мужу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288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sarveśvarī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сарвэшвари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Верховным Правителем Всего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289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sarvamātā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сарвамата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Мать Всего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290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śarvāṇī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шарвани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которая обитает во всем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291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haravallabhā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хараваллабха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сила Шивы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292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sarvajñā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сарваджньа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Знает Всё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293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siddhidā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сiддхiда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Подательница достижения Совершенства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294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siddh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сiддх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достигла совершенства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295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bhavyā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бхавйа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Она, Кто есть Существование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296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bhāvyā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бхавйа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все отношения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297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bhayāpahā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бхайапаха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вне всякого страха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298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kartrī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картри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Создает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299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hartrī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хартри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которая преобразует или разрушает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300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pālayitrī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палайiтри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защищает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301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śarvarī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шарвари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дает покой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302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tāmasī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тамаси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что проявляет тьму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303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dayā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дайа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Сострадательна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304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tamisrā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тамiсра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смешивает или смешивает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305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tāmasī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тамаси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что проявляет тьму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306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sthāṇuḥ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стханух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Установлен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307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sthirā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стхiра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которая все еще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308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dhīrā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дхира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которая неподвижна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309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tapasvinī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тапасвiни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которая совершает аскезы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310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cārvaṅgī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чарвангги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чье тело находится в движении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311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cañcalā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чаньчала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Она, которая беспокойна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312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lolajihvā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лоладжiхва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у Которой высунутый язык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313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cārucaritriṇī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чаручарiтрiни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чей характер – исцелять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314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trapā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трапа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спасает от страха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315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trapāvatī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трапавати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чей дух спасает от страха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316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lajjā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ладжджа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Она, которая есть скромность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317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vilajjā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вiладжджа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которая лишена скромности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318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hrīḥ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хрих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Она, которая есть смиренная скромность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319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rajovatī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раджовати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Хранилищем Раджас Гуны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320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sarasvatī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сарасвати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олицетворением собственного океана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321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dharmaniṣṭhā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дхарманiштха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Строгое Соблюдение Идеалов Совершенства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322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śreṣthā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шрэштха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Она, Кто является Абсолютной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323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niṣṭhuranādinī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нiштхуранадiни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Она, чья вибрация чрезвычайно тонка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324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gariṣṭhā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гарiштха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которая всегда рада видеть своих преданных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325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duṣasaṁhartī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душасамхарти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растворяет все зло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326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viśiṣṭā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вiшiшта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Особенно Любима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327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śreyasī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шрэйаси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Она, Кто является Абсолютной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328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ghṛṇā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гхрина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Она, Кто есть Ненависть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329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bhīmā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бхима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которая ужасно жестока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330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bhayānakā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бхайанака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которая очень напугана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331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bhīmanādinī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бхиманадiни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у Которой яростный рык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332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bhīḥ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бхих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Она, которая жестока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333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prabhāvatī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прабхавати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Дух Просветления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334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vāgīśvarī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вагишвари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Верховным Правителем всех вибраций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335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śrīḥ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шрих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уважение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336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yamunā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йамуна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демонстрирует полный контроль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337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yajñakartrī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йаджньакартри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Совершителем Союза или Жертвоприношения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338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yajuḥpriyā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йаджухпрiйа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Возлюбленная Союза или Любительница Яджур Веды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339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ṛksāmātharvanilayā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риксаматхарванiлайа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Обитает в Трех Ведах (Риг, Яджур, Атхарва)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340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rāgiṇī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рагiни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Она, Кто есть Весь Ритм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341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śobhanasvarā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шобханасвара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Верховным Правителем Просветления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342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kalakaṇṭhī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калакантхи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у Которой темное горло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343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kambukaṇṭhī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камбукантхи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чья шея имеет линии, похожие на раковину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344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veṇuvīṇāparāyaṇā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вэнувинапарайана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всегда играет на инструменте Вина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345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vaṁśinī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вамшiни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Она, для которой все — семья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346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vaiṣṇavī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ваiшнави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что пронизывает Вселенную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347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svacchā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сваччха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которая желает себя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348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dharitrī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дхарiтри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держит тройку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349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jagadīśvarī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джагадишвари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Верховным Правителем воспринимаемой Вселенной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350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madhumatī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мадхумати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Нектар Меда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351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kuṇdalinī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кундалiни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проявлением индивидуальной энергии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352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ṛddhiḥ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риддхiх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Процветание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353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siddhiḥ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сiддхiх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Достижение совершенства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354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śucismitā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шучiсмiта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Память о Чистом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355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rambhorvaśī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рамбхорваши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Апсары Рамбха и Урваши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356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ratī ramā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рати рама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Она, которая чрезвычайно красива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357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rohiṇī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рохiни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Сияющий Свет Небес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358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revatī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рэвати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Изобилие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359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maghā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магха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Бесконечное Богатство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360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śaṅkhinī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шангкхiни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держит раковину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361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cakriṇī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чакрiни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держит дискус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362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kṛṣṇā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кришна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Тёмная, творящая все действия.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363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gadinī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гадiни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держит дубинку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364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padminī tathā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падмiни татха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Тогда Та, кто есть Лотос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365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śūlinī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шулiни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держит Копье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366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parighāstrā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парiгхастра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держит Оружие Добрых Действий и…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367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pāśinī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пашiни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держит сеть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368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śārṅgapāṇinī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шарнггапанiни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держит в руке лук по имени Шарнга.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369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pinākadhāriṇī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пiнакадхарiни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держит копье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370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dhūmrā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дхумра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которая затемняет восприятие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371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śarabhī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шарабхи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Чья сила больше львов и слонов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372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vanamālinī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ванамалiни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Садовником Леса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373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rathinī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ратхiни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Она, которая передает все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374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samaraprītā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самараприта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которая любит битву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375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veginī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вэгiни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Она, которая быстрая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376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raṇapaṇditā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ранапандiта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Она, которая является экспертом в войне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377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jaṭinī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джатiни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у Которой растрепаны волосы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378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vajriṇī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ваджрiни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держит Гром или Молнию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379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līlā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лила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Божественная Драма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380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lāvaṇyāmbudhicandrikā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лаванйамбудхiчандрiка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чья красота излучает свет знания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381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balipriyā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балiпрiйа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Возлюблена Жертвоприношениями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382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sadāpūjyā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садапуджйа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Достойна Поклонения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383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pūrṇā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пурна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Полна, Совершенна, Совершенна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384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daityendramathinī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даiтйэндраматхiни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Кого приветствует лидер всех асуров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385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mahiṣāsurasaṁhartrī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махiшасурасамхартри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Разрушительница Великого Правителя Дуальности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386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kāminī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камiни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Все Желания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387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raktadantikā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рактадантiка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у Которой красные зубы (также Страсть или кровавые зубы)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388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raktapā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рактапа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защищает страсть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389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rudhirāktāṇgī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рудхiрактанги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чье тело покрыто страстью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390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raktakharparahastinī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рактакхарпарахастiни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Несущая в руках чашу страсти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391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raktapriyā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рактапрiйа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Любящая, или Возлюбленная страсти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392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māṁsarucirāsavāsaktamānasā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мамсаручiрасавасактаманаса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которая с удовольствием ест мясо и пьет опьяняющие напитки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393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galacchoṇitamuṇdālī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галаччхонiтамундали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носит гирлянду из голов, с которых капает кровь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394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kaṇṭhamālāvibhūṣaṇā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кантхамалавiбхушана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которая носит гирлянду на шее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395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śavāsanā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шавасана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что сидит на трупе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396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citāntaḥsthā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чiтантахстха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Утверждена в Высшем Сознании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397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māheśī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махэши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величайшим Провидцем из всех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398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vṛṣavāhinī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вришавахiни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что скачет на быке решимости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399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vyāghratvagambarā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вйагхратвагамбара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Носит Одежду из Тигровой Шкуры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400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cīnacailinī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чиначаiлiни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которая движется со скоростью оленя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401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siṁhavāhinī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сiмхавахiни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что ездит на льве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402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vāmadevī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вамадэви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Возлюбленной Богиней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403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mahādevī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махадэви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Великой Богиней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404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gauri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гаурi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Лучи Света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405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sarvajñabhāminī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сарваджньабхамiни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освещает всю мудрость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406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bālikā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балiка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молодая девушка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407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taruṇī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таруни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Женщина средних лет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408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vṛddhā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вриддха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старая леди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409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vṛddhamātā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вриддхамата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Матерью Старцев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410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jarāturā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джаратура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вне возраста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411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subhrūḥ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субхрух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у Которой отличный лоб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412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vilāsinī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вiласiни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которая живет внутри себя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413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brahmavādinī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брахмавадiни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Вибрация Высшей Божественности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414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brāhmaṇī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брахмани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Создает Божественность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415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mahī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махи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Земля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416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svapnavatī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свапнавати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Дух Мечты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417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citralekhā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чiтралэкха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Различные Писания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418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lopāmudrā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лопамудра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проявление того, что находится за пределами проявленного существования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419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sureśvarī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сурэшвари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Верховным Правителем всего Божества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420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amoghā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амогха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которая всегда вознаграждает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421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arundhatī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арундхати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Чистота Преданности, Воплощение Преданности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422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tīkṣṇā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тикшна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Она, которая остра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423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bhogavatī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бхогавати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Дух всех наслаждений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424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anurāgiṇī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анурагiни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Дух всех чувств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425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mandākinī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мандакiни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организует разум для достижения оптимальной эффективности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426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mandahāsā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мандахаса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чей разум всегда смеется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427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jvālāmukhī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джваламукхи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чье лицо излучает свет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428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asurāntakā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асурантака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Причиной Конца Сил Дуальности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429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mānadā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манада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дает дисциплину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430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māninī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манiни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создает дисциплину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431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mānyā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манйа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Она, Кто есть Дисциплина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432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mānanīyā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мананийа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Верховным Лордом Дисциплины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433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madāturā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мадатура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которая полностью опьянена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434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madirā meduronmādā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мадiра мэдуронмада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Опьянена Божественным Духом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435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medhyā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мэдхйа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Рождён от Разума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436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sādhyā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садхйа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Исполнителем всех дисциплин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437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prasādinī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прасадiни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Прасад или освящение подношений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438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sumadhānantaguṇinī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сумадханантагунiни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которая пребывает среди бесконечных превосходных качеств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439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sarvalokottamottamā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сарвалокоттамоттама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Все существа всех миров считают ее более великой, чем величайшая.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440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jayadā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джайада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Дарителем Победы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441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jitvarā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джiтвара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дарует дар победы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442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jetrī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джэтри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побеждает троих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443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jayaśrīḥ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джайашрих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побеждает с уважением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444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jayaśālinī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джайашалiни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Хранилищем Победы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445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śubhadā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шубхада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Дарителем чистоты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446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sukhadā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сукхада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дарует счастье и комфорт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447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satyā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сатйа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Проявление Истины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448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sabhāsaṁkṣobhakāriṇī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сабхасамкшобхакарiни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причиной чистоты для всей общины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449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śivadūtī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шiвадути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Она, послом которой является Шива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450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bhūtimatī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бхутiмати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выражением всего проявленного существования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451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vibhūtiḥ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вiбхутiх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выражением невыразительного Божества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452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bhīṣaṇānanā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бхишананана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чье лицо свободно от страха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453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kaumārī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каумари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Проявление Вечно Чистого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454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kulajā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куладжа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дает рождение семье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455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kuntī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кунти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Есть, Устраняет недостатки других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456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kulastrī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куластри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женщиной семьи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457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kulapālikā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кулапалiка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Защитницей Семьи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458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kīrttiḥ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кирттiх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слава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459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yaśasvinī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йашасвiни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Благополучие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460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bhūṣā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бхуша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Мир всех существ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461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bhūṣṭhā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бхуштха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Причиной мира всех существ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462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bhūtapatipriyā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бхутапатiпрiйа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Кого любит Господь всех бестелесных духов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463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saguṇā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сагуна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обладает качествами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464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nirguṇā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нiргуна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у Которой нет качеств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465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tṛṣṇā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тришна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Она, которая вся жаждет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466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niṣṭhā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нiштха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подчиняется всем правилам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467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kāṣṭhā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каштха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причиной желания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468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pratiṣṭhitā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пратiштхiта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которая устанавливает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469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dhaniṣṭhā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дханiштха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любит Богатство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470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dhanadā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дханада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дарует богатство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471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dhānyā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дханйа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богата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472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vasudhā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васудха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поддерживает Землю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473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suprakāśinī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супракашiни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Превосходное Просветление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474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urvī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урви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Верховным Повелителем Обстоятельств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475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gurvī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гурви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Верховным Господом Гуру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476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guruśreṣṭhā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гурушрэштха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Высшим Гуру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477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sadguṇā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садгуна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обладает качествами истины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478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triguṇātmikā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трiгунатмiка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Проявление Души Трех Качества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479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rājñāmājñā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раджньамаджньа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Мудрость Ордена Короля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480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mahāprajñā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махапраджньа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Великая Высшая Мудрость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481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saguṇā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сагуна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обладает качествами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482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nirguṇātmikā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нiргунатмiка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Проявление Души Трех Качества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483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mahākulīnā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махакулина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Матерью Великого Семейства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484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niṣkāmā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нiшкама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у Которой нет желаний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485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sakāmā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сакама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с Желанием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486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kāmajīvanī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камадживани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Жизнь Желания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487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kāmadevakalā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камадэвакала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Атрибутом Владыки Желания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488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rāmābhirāmā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рамабхiрама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Энергия Совершенства в Тонком Теле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489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śivanartakī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шiванартаки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что танцует с Шивой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490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cintāmaṇiḥ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чiнтаманiх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Драгоценность всей мысли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491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kalpalatā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калпалата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цепляется за мысль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492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jāgratī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джаграти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которая будит Вселенную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493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dīnavatsalā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динаватсала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Прибежищем Угнетенных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494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kārttikī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карттiки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выражением всего, что сделано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495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kṛtikā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критiка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Делатель или Причина всех дел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496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kṛtyā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критйа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Она, Кто есть то, что сделано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497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ayodhyā viṣamāsamā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айодхйа вiшамасама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которая такая же, как место, где нет войны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498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sumantr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сумантр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Великолепной Мантрой, Уносящей Ум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499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mantriṇī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мантрiни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Энергия всех Мантр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500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pūrṇā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пурна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Она, которая идеальна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501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hlādinī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хладiни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которая всегда счастлива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502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kleśanāśinī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клэшанашiни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Разрушительница всего несовершенства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503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trailokyajananī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траiлокйаджанани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Мать Трех Миров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504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jyeṣṭhā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джйэштха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Старшая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505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mīmāṁsāmantrarūpiṇī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мимамсамантрарупiни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внутренней природой ведического знания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506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tadāganimnajaṭharā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тадаганiмнаджатхара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Огонь всего пищеварения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507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śuṣkamāṁsāsthimālinī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шушкамамсастхiмалiни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которая носит гирлянду из сушеных конечностей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508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avantīmathurāhṛdayā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авантиматхурахридайа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Сердце Матхуры и Авадхи, мест рождения Кришны и Рамы.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509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trailokyapāvanakṣamā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траiлокйапаванакшама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приносит ветры прощения в три мира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510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vyaktāvyaktātmikā mūrtiḥ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вйактавйактатмiка муртiх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Образ проявленной и непроявленной души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511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śarabhī bhīmanādinī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шарабхи бхиманадiни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Она, чей звук очень громкий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512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kṣemaṅkarī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кшэмангкари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благом для всех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513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śaṅkarī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шангкари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Причиной Мира и…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514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sarvasammohakāriṇī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сарвасаммохакарiни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Неведение Всего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515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ūrdhvatejasvinī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урдхватэджасвiни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Восходящий Свет Всего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516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klinnā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клiнна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чье сердце очень мягкое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517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mahātejasvinī tathā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махатэджасвiни татха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Тогда Та, кто есть Великий Свет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518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advaitabhoginī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адваiтабхогiни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наслаждается недвойственностью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519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pūjyā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пуджйа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Достойна Поклонения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520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yuvatī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йувати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молода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521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sarvamaṅgalā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сарваманггала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все благо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522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sarvapriyaṅkarī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сарвапрiйангкари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Причиной всей Любви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523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bhogyā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бхогйа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которой наслаждаются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524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dharaṇī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дхарани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Она, которая поддерживает всех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525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piśitāśanā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пiшiташана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что сидит на олене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526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bhayaṁkarī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бхайамкари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которая боится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527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pāpaharā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папахара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которая забирает все грехи (Путаница)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528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niṣkalaṁkā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нiшкаламка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Без вины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529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vaśaṁkarī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вашамкари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контролирует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530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āśā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аша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Надежда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531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tṛṣṇā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тришна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Она, Кто Жажда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532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candrakalā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чандракала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цифра Луны, атрибут преданности.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533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indrāṇī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iндрани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Энергия Владыки Чистого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534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vāyuveginī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вайувэгiни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движется со свободой эмансипации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535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sahasrasūryasaṁkāśā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сахасрасурйасамкаша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чье сияние подобно тысяче солнц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536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candrakoṭisamaprabhā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чандракотiсамапрабха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Чье сияние подобно десяти миллионам лун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537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niśumbhaśumbhasaṁhantrī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нiшумбхашумбхасамхантри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растворяет самоуничижение и самомнение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538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raktabījavināśinī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рактабиджавiнашiни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Уничтожительницей семени желания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539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madhukaiṭabhahantrī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мадхукаiтабхахантри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растворяет слишком много и слишком мало и…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540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mahiṣāsuraghātinī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махiшасурагхатiни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Разрушительница Великого Эго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541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vahnimaṇdalamadhyasthā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вахнiмандаламадхйастха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находится в центре огненного круга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542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sarvasattvapratiṣṭhitā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сарвасаттвапратiштхiта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устанавливает всю истину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543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sarvācāravatī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сарвачаравати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Дух всего, что не движется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544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sarvadevakanyādhidevatā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сарвадэваканйадхiдэвата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Верховной Богиней всех Божественных Женщин.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545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dakṣakanyā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дакшаканйа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Дочью Способностей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546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dakṣayajñanāśinī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дакшайаджньанашiни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Разрушительница жертвования Способностями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547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durgatāriṇī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дургатарiни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избавляет от трудностей, Кто переносит нас через океан объектов и отношений.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548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ijyā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iджйа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которая желанная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549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pūjyā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пуджйа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Достойна Поклонения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550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vibhīrbhūtiḥ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вiбхирбхутiх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проявляет величайшие страхи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551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satkīrttiḥ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саткирттiх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Истинная Слава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552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brahmarūpiṇī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брахмарупiни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обладает способностью принимать форму Высшего Божества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553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rambhorūḥ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рамбхорух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Прекрасная, обитающая в бедрах (Урваши)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554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caturākārā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чатуракара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проявляет Четверку Творения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555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jayantī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джайанти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Победа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556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karuṇā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каруна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Сострадательна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557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kuhūḥ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кухух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Новолуние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558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manasvinī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манасвiни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что отражает разум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559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devamātā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дэвамата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Мать Богов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560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yaśasyā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йашасйа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Достойна Благосостояния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561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brahmacāriṇī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брахмачарiни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движется в Высшем Сознании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562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siddhidā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сiддхiда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Дарителем Совершенства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563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vṛddhidā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вриддхiда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Дающей Изменение или модификацию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564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vṛddhiḥ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вриддхiх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Изменение или Модификация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565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sarvādyā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сарвадйа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Прежде всего; Та, кто превыше всего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566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sarvadāyinī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сарвадайiни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дает все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567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agādharūpiṇī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агадхарупiни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внутренней природой Того, Что Не Кончается.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568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dhyeyā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дхйэйа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на ком медитируют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569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mūlādhāranivāsinī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муладхаранiвасiни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Обитает в Муладхара Чакре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570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ājñā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аджньа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Приказывает Творить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571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prajñā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праджньа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Изначальная Мудрость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572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pūrṇamanāḥ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пурнаманах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имеет полный и совершенный разум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573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candramukhyanukūlinī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чандрамукхйанукулiни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Полное собрание Лика Луны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574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vāvadūkā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вавадука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которая очаровывает всех своей речью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575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nimnanābhiḥ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нiмнанабхiх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чей пупок вдавлен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576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satyasandhā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сатйасандха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нашла Истину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577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dṛdhavratā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дридхаврата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полна решимости в Своей клятве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578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ānvīkṣikī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анвикшiки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воплощает в себе все духовные знания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579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daṇdanīti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данданитi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наказание, которым предписано дисциплинарное наказание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580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trayī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трайи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Которая Три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581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tridivasundarī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трiдiвасундари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Красота Трех Божеств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582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jvalinī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джвалiни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которая горит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583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jvālinī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джвалiни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что заставляет гореть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584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śailatanayā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шаiлатанайа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дочерью Горы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585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vindhyavāsinī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вiндхйавасiни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обитает в горах знаний, порождающих смирение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586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pratyayā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пратйайа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Видит Все Концепции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587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khecarī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кхэчари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чей дух парит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588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dhairyā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дхаiрйа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Решительность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589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turīyā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турийа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за пределами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590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vimalāturā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вiмалатура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Высшим выражением Чистоты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591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pragalbhā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прагалбха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Она, которая уверена в себе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592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vāruṇīcchāyā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варуниччхайа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Отражение Причины Равновесия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593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śaśinī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шашiни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Сияние Луны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594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visphuliṅginī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вiспхулiнггiни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обладает тонким сиянием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595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bhaktiḥ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бхактiх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Преданность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596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siddhiḥ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сiддхiх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Она, Кто есть Совершенство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597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sadāprītiḥ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садапритiх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которая всегда любима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598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prākāmyā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пракамйа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превыше всех желаний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599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mahimāṇimā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махiманiма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Мать, Кто есть Драгоценность Земли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600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icchāsiddhiḥ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iччхасiддхiх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Совершенство всех желаний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601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vaśitvā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вашiтва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Верховным Контролёром и…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602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īśitvordhvanivāsinī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ишiтвордхванiвасiни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которая пребывает превыше всего желаемого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603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laghimā caiv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лагхiма чаiв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Чрезвычайно Маленькая и снова..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604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gāyatrī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гайатри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Мудрость Трех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605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sāvitrī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савiтри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Просветитель Трех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606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bhuvaneśvarī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бхуванэшвари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Верховным Правителем проявленного Существования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607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manoharā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манохара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которая уносит мысли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608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citā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чiта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Сознание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609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divyā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дiвйа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Божественна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610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devyudārā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дэвйудара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держит всех богинь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611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manoramā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манорама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примером красоты ума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612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piṅgalā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пiнггала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тонкий путь, по которому течет энергия.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613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kapilā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капiла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что подобна корове, подательница чистого питания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614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jihvārasajñā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джiхварасаджньа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у Которой на языке нектар мудрости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615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rasikā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расiка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весь Нектар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616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ramā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рама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Она, Кто есть Красота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617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suṣumnedāyogavatī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сушумнэдайогавати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Дух Единства Сушумны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618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Gāndhārī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Гандхари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носит превосходный аромат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619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Narakāntakā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Наракантака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конец всего ада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620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Pāñcālī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Паньчали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которая принадлежит к пяти (Драупади замужем за пятью братьями Пандавами или всеми пятерыми)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621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rukmiṇī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рукмiни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Она, Кто есть Драгоценность всех обстоятельств, Жена Кришны;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622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rādhā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радха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Она, Возлюбленная Кришны; Та, кто Поддерживает Сознание в Тонком Теле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623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rādhyā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радхйа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вызывает сознание в тонком теле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624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bhāmā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бхама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Мать Просветления и…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625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rādhikā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радхiка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Она, Возлюбленная Кришны; Та, кто есть Причина Просветления Сознания в Тонком Теле.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626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amṛtā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амрита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Нектар Бессмертия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627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tulasī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туласи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Базилик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628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vṛndā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вринда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дает перемены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629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kaiṭabhī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каiтабхи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которая сжимает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630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kapaṭeśvarī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капатэшвари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Верховным Правителем всех мошеннических существ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631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ugracaṇdeśvarī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уграчандэшвари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Владычицей Страшной Страсти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632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vīrajananī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вираджанани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Матерью всех героев и воинов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633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vīrasundarī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вирасундари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Прекрасней всех Воинов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634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ugratārā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угратара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чье сияние пугает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635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yaśodākhyā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йашодакхйа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Свет в глазах Яшоды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636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devakī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дэваки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Мать Кришны; Та, кто вызывает проявление Божественности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637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devamānitā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дэваманiта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Кому подчиняются Боги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638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niraṁjanā citā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нiрамджана чiта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Бесформенное Сознание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639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devī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дэви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Богиня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640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krodhinī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кродхiни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Она, которая злится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641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kuladīpikā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куладипiка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Свет Совершенства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642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kulavāgīśvarī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кулавагишвари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Высшим Правителем Вибраций Совершенства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643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jvālā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джвала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что излучает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644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mātṛkā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матрика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Мать, в форме букв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645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drāvaṇī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дравани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Она, которая демонстрирует то, что вы цените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646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dravā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драва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Она та, что ты ценишь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647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yogeśvarī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йогэшвари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Верховным Правителем Союза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648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mahāmārī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махамари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Великий Разрушитель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649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bhrāmarī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бхрамари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которая приходит в образе пчелы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650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bindurūpiṇī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бiндурупiни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внутренняя природа формы знания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651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dūtī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дути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послом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652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prāṇeśvarī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пранэшвари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Верховным Правителем Жизни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653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guptā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гупта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скрыта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654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bahulā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бахула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Она, которая повсюду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655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dāmarī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дамари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играет на барабане дамару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656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prabhā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прабха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Сияющий Свет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657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kubjikā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кубджiка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что горбатая или покалеченная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658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jñāninī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джньанiни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проявляет мудрость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659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jyeṣṭhā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джйэштха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Старшая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660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bhuśuṇdī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бхушунди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держит пращу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661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prakaṭākṛtiḥ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пракатакритiх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проявляется, не делая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662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drāviṇī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дравiни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проявляет богатство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663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gopinī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гопiни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скрытна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664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māyā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майа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Высшее Измерение Сознания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665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kāmabījeśvarī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камабиджэшвари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Верховным Правителем Семени Желания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666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priyā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прiйа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Возлюбленная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667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śākambharī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шакамбхари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питается овощами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668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kokanadā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коканада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порождает семя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669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suśīlā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сушила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Неизменно Превосходна (как камень, укрепленный в совершенстве) и…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670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tilottamā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тiлоттама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Совершенно Чистая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671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ameyavikramākrūrā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амэйавiкрамакрура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проявляет непревзойденную благодать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672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sampacchīlātivikramā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сампаччхилатiвiкрама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вертится в привязи за потерю богатства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673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svastihavyavahā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свастiхавйаваха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средством приношения благословений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674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prīti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притi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Возлюбленная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675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ūṣmā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ушма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Мать Обстоятельств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676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dhūmrārciraṅgadā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дхумрарчiранггада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освобождает тело от греха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677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tapinī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тапiни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Тепло и Свет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678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tāpinī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тапiни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Причина тепла и света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679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viśvā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вiшва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Вселенная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680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bhogadā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бхогада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дарит наслаждение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681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bhogadhāriṇī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бхогадхарiни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поддерживает наслаждение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682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trikhaṇdā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трiкханда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у Которой три части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683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bodhinī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бодхiни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проявляет мудрость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684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vaśyā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вашйа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которой управляют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685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sakalā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сакала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Она, Кто есть Все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686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viśvarūpiṇī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вiшварупiни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внутренняя природа Вселенной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687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bījarūpā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биджарупа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форма семени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688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mahāmudrā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махамудра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Великая Конфигурация Космоса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689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vaśinī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вашiни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контролирует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690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yogarūpiṇī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йогарупiни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внутренней природой Союза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691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anaṅgakusumā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ананггакусума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Цветок Бесконечности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692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anaṅgamekhalā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ананггамэкхала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Носит Пояс Бесконечности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693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anaṅgarūpiṇī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ананггарупiни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внутренняя природа Бесконечности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694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anaṅgamadanā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ананггамадана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опьянение Бесконечностью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695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anaṅgarekhā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ананггарэкха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предел бесконечности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696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anaṅgāṅkuśeśvarī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ананггангкушэшвари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Верховным Правителем Бога Бесконечности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697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anaṅgamālinī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ананггамалiни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садовником, культивирующим бесконечность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698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kāmeśvarī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камэшвари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Верховным Правителем всех желаний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699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sarvārthasādhikā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сарвартхасадхiка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осуществляет дисциплину для достижения всех целей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700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sarvataṁtramayī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сарватамтрамайи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выражением всех применений духовного знания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701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modinyaruṇānaṅgarūpiṇī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модiнйарунананггарупiни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внутренняя природа опьяняющего света бесконечной любви.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702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vajreśvarī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ваджрэшвари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Верховной Правительницей Молний и…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703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jananī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джанани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Мать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704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sarvaduḥkhākṣayaṁkarī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сарвадухкхакшайамкари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растворяет всю боль в бесконечности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705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ṣadaṅgayuvatī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шаданггайувати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Девушка с шестью конечностями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706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yogayuktā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йогайукта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Едина в Союзе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707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jvālāṁśumālinī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джваламшумалiни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Культиватором Сияния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708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durāśayā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дурашайа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которая живет на расстоянии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709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durādharṣā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дурадхарша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идеалом, которого трудно достичь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710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durjñeyā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дурджньэйа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дает знания, которые трудно достичь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711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durgarūpiṇī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дургарупiни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внутренней природой избавителя от трудностей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712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durantā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дуранта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Конец Расстояний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713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duṣkṛtiharā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душкритiхара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которая устраняет злые действия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714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durdhyeyā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дурдхйэйа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Знание, которого трудно достичь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715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duratikramā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дуратiкрама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Мать всех трудных действий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716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haṁseśvarī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хамсэшвари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Верховным Правителем Смеха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717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trikoṇasthā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трiконастха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Обитает в Треугольнике (Камакала, Все Тройки)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718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śākambharyanukampinī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шакамбхарйанукампiни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чувство питания овощами и продуктами земли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719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trikoṇanilayā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трiконанiлайа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Обитает За Треугольником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720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nity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нiтй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Вечна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721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paramāmṛtaraṁjitā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парамамритарамджiта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Наслаждение Высшим Нектаром бессмертия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722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mahāvidyeśvarī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махавiдйэшвари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Верховным Правителем Великого Знания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723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śvetā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швэта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Бела или Чистая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724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bheruṇdā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бхэрунда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Она, которая грозна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725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kulasundarī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куласундари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Красота Совершенства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726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tvaritā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тварiта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Она, которая быстрая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727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bhaktisaṁyuktā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бхактiсамйукта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полностью едина в преданности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728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bhaktivaśyā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бхактiвашйа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находится под контролем преданности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729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sanātanī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санатани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Вечна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730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bhaktānandamayī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бхактанандамайи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Проявление Блаженства Преданности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731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bhaktabhāvitā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бхактабхавiта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отношение Преданности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732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bhaktaśaṅkarī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бхакташангкари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причиной мира преданности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733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sarvasaundaryanilayā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сарвасаундарйанiлайа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Хранилищем всей Красоты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734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sarvasaubhāgyaśālinī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сарвасаубхагйашалiни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Хранилищем всей удачи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735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sarvasambhogabhavanī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сарвасамбхогабхавани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Мать всех наслаждений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736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sarvasaukhyānurūpiṇī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сарвасаукхйанурупiни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внутренняя природа чувства всякого комфорта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737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kumārīpūjanaratā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кумарипуджанарата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наслаждается поклонением Присночистому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738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kumārīvratacāriṇī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кумаривратачарiни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Продолжающая исполнение обета поклонения Присночистой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739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kumārī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кумари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Вечно Чистая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740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bhaktisukhinī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бхактiсукхiни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дарит удовольствие преданности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741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kumārīrūpadhāriṇī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кумарирупадхарiни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Носит Облик Вечно Чистой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742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kumārīpūjakaprītā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кумарипуджакаприта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Любящая поклонение Присночистой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743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kumārīprītidapriyā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кумарипритiдапрiйа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Возлюбленная Присночистого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744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kumārīsevakāsaṁgā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кумарисэвакасамга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объединена в служении Вечно Чистому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745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kumārīsevakālayā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кумарисэвакалайа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которая пребывает внутри тех, кто служит Вечно Чистому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746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ānandabhairavī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анандабхаiрави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Блаженство за пределами всякого страха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747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bālabhairavī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балабхаiрави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сила, превосходящая всякий страх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748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baṭubhairavī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батубхаiрави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Молодость вне всякого страха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749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śmaśānabhairavī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шмашанабхаiрави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находится на месте кремации, где заканчиваются все страхи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750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kālabhairavī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калабхаiрави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Время вне всякого страха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751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purabhairavī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пурабхаiрави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полностью вне всякого страха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752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mahābhairavapatnī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махабхаiравапатни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Супругой Великого, За пределами всякого страха и…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753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paramānandabhairavī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параманандабхаiрави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Высшее Блаженство за пределами всякого страха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754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surānandabhairavī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суранандабхаiрави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Божественное Блаженство за пределами всякого страха и…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755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unmattānandabhairavī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унматтанандабхаiрави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Блаженство вне всякого страха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756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muktyānandabhairavī ca tathā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муктйанандабхаiрави ча татха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Блаженство Освобождения за пределами всякого страха, а затем…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757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taruṇabhairavī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тарунабхаiрави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энергия, вырывающая за пределы страха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758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jñānānandabhairavī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джньананандабхаiрави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Блаженство Мудрости за пределами всякого страха и…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759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amṛtānanadabhairavī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амритананадабхаiрави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Нектар Бессмертия за пределами всякого страха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760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mahābhayaṁkarī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махабхайамкари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которая очень боязлива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761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tīvrā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тивра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которая очень быстрая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762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tīvravegā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тивравэга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которая движется быстро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763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tarasvinī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тарасвiни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Она, которая берет на себя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764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tripurā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трiпура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жительницей трех городов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765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parameśānī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парамэшани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Верховным Правителем Всего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766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sundarī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сундари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Прекрасна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767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purasundarī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пурасундари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Она, которая совершенно прекрасна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768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tripureśvarī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трiпурэшвари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Верховной Правительницей Трех Городов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769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pañcadaśī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паньчадаши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Пятнадцатибуквенной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770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pañcamī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паньчами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Пятая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771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puravāsinī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пуравасiни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жительницей города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772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mahāsaptadaśī caivā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махасаптадаши чаiва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Великая Семнадцать и снова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773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ṣodaśī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шодаши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Шестнадцать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774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tripureśvarī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трiпурэшвари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Верховной Правительницей Трех Городов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775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mahāṁkuśasvarūpā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махамкушасварупа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внутренней Природой Великого Побуждения 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776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mahācakreśvarī tathā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махачакрэшвари татха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Верховным Правителем Великих Центров Энергии, тогда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777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navacakreśvarī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навачакрэшвари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Верховным Управителем Девяти Центров энергии.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778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cakreśvarī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чакрэшвари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Верховным Управителем Центров Энергии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779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tripuramālinī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трiпурамалiни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Садовницей Трех Городов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780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rājacakreśvarī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раджачакрэшвари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Верховным Управителем Короля всех Центров Энергии.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781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vīrā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вира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женщиной-героем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782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mahātripurasundarī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махатрiпурасундари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Великая Прекрасная из Трех Городов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783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sindūrapūrarucirā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сiндурапураручiра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в полном восторге от Красного Пятна Вермиллиона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784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śrīmattripurasundarī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шриматтрiпурасундари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Уважаемой Красавицей Трех Городов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785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sarvāṅgasundarī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сарванггасундари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у Которой все конечности прекрасны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786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raktā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ракта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Она, которая есть страсть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787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raktavastrottarīyakā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рактавастроттарийака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которая одета в красную одежду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788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yavā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йава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молода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789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yāvakasindūraraktacandanadhāriṇī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йавакасiндурарактачанданадхарiни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которая носит ярко-красную и красную сандаловую пасту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790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yavāyāvakasindūraraktacandanarūpahṛk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йавайавакасiндурарактачанданарупахрик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чье юное лицо постоянно украшено красной киноварью и красной сандаловой пастой.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791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camarī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чамари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Непостоянна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792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vācakuṭilanirmalaśyāmakeśinī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вачакутiланiрмалашйамакэшiни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о которой говорят как о той, у кого чистые темные волнистые волосы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793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vajramauktikaratnādyakirīṭamukuṭojjvalā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ваджрамауктiкаратнадйакiритамукутоджджвала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в чьей короне сияют, как молнии, жемчуг и драгоценности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794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ratnakuṇdalasaṁyuktasphuradgaṇdamanoramā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ратнакундаласамйуктаспхурадгандаманорама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Распространяющая прекрасную науку, носит ожерелье из сияющих драгоценностей, соединенных воедино.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795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kuñjareśvarakumbhotthamuktārañjitanāsikā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куньджарэшваракумбхоттхамуктараньджiтанасiка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Носит Невероятно Красивое Кольцо в Носу, сделанное из Высшего Повелителя Всех Драгоценностей и Жемчуга.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796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muktāvidrūmamāṇikyahārādhyastanamaṇdalā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муктавiдрумаманiкйахарадхйастанамандала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носит ожерелье из изысканно красивого жемчуга и драгоценных камней в области груди.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797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sūryakāntendukāntādhyasparśāśmakaṇṭabhūṣaṇā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сурйакантэндукантадхйаспаршашмакантабхушана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Она, чьё горло сияет величайшим прикосновением Солнца и Луны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798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bījapūrasphuradbījadantapaṁktiranuttamā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биджапураспхурадбиджадантапамктiрануттама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чьи пятнадцать прекрасных зубов полностью сияют от биджа-мантр.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799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kāmakodaṇdakābhugnabhrūyugākṣipravartinī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камакодандакабхугнабхруйугакшiправартiни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чей глаз посередине лба дисциплинирует желание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800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mātaṅgakumbhavakṣojā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матанггакумбхавакшоджа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Чья грудь питает существование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801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lasatkokanadekṣaṇā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ласаткоканадэкшана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которая особенно любит красный цветок лотоса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802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manojñaśaṣkulīkarṇā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маноджньашашкуликарна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знает весь путь от уха к уму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803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haṁsīgatividambinī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хамсигатiвiдамбiни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Мать Движения Лебедя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804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padmarāgāṁgadadyotaddoścatuṣkaprakāśinī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падмарагамгададйотаддошчатушкапракашiни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Чье Лотосоподобное Тело является Просветителем Четырех Вед.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805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nānāmaṇiparisphūryacchuddhakāñcanakaṁkaṇā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нанаманiпарiспхурйаччхуддхаканьчанакамкана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носит браслеты, сияющие различными драгоценными камнями и драгоценностями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806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nāgendradantanirmāṇavalayāñcitapāṇikā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нагэндрадантанiрманавалайаньчiтапанiка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чьи пальцы рук носят кольца из слоновой кости и других драгоценных камней.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807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aṁgurīyakacitrāṁgī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амгурийакачiтрамги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которая носит кольца на разных частях тела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808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vicitrakṣudraghaṇtikā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вiчiтракшудрагхантiка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которая держит необычно маленький колокольчик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809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paṭṭāmbaraparīdhānā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паттамбарапаридхана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носит блестящую шелковую ткань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810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kalamañjīrarañjinī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каламаньджирараньджiни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Кому нравится звон кимвалов, сопровождающий молитвенное пение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811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karpūrāgurukastūrīkuṁkumadravalepitā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карпурагурукастурикумкумадравалэпiта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носит мази из камфоры, древесного яблока и мускуса, смешанные с красной пастой.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812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vicitraratnapṛthivīkalpaśākhātalasthitā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вiчiтраратнапритхiвикалпашакхаталастхiта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которая находится на земле, покрытой различными драгоценностями, у подножия Древа всех свершений.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813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ratnadvīpasphuradratnasiṁhāsananivāsinī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ратнадвипаспхурадратнасiмхасананiвасiни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что сидит на престоле из драгоценностей, из чистоты острова драгоценностей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814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ṣaṭcakrabhedanakarī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шатчакрабхэданакари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Пронзает Шесть Центров Энергии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815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paramānandarūpiṇī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параманандарупiни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внутренняя природа Высшего Блаженства.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816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sahasradalapadmāntaścandramaṇdalavartinī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сахасрадалападманташчандрамандалавартiни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которая обитает в областях Луны на вершине тысячелепесткового лотоса.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817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brahmarūpaśivakrodanānāsukhavilāsinī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брахмарупашiвакродананасукхавiласiни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которая пребывает в форме Верховного Божества, в гневе Шивы и в различных формах наслаждения.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818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haraviṣṇuvirañcīndragrahanāyakasevitā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харавiшнувiраньчиндраграханайакасэвiта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Кому служат Шива, Вишну, Брахма, Индра и правители планет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819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ātmayoniḥ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атмайонiх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чрево души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820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brahmayoniḥ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брахмайонiх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чрево Высшей Божественности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821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jagadyoniḥ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джагадйонiх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чрево воспринимаемой Вселенной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822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ayonijā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айонiджа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не рождается ни из чрева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823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bhagarūpā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бхагарупа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Форма Богатства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824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bhagasthātrī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бхагастхатри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обитает в богатстве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825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bhaginībhagadhāriṇī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бхагiнибхагадхарiни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поддерживает богатство и сама является богатством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826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bhagātmikā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бхагатмiка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Способностью поддерживать богатство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827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bhagādhārarūpiṇī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бхагадхарарупiни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внутренняя природа проявления богатства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828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bhagaśālinī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бхагашалiни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которая покоится в богатстве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829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liṅgābhidhāyinī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лiнггабхiдхайiни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Прародительницей Тонких Тел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830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liṅgapriyā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лiнггапрiйа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Возлюбленная Тонкого Тела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831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liṅganivāsinī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лiнгганiвасiни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Обитает В Тонком Теле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832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liṅgasthā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лiнггастха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находится в тонком теле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833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liṅginī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лiнггiни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Способность Тонкого Тела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834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lingarūpiṇī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лiнгарупiни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внутренняя природа тонкого тела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835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liṅgasundarī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лiнггасундари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Прекрасна в Тонком Теле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836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liṅgagītimahāprītiḥ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лiнггагитiмахапритiх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очень очарована тонкими песнями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837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bhagagītirmahāsukhā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бхагагитiрмахасукха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Получает Великое Наслаждение от Богатства Песен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838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liṅganāmasadānandā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лiнгганамасадананда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Кому всегда нравится тонкое имя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839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bhaganāmasadāratiḥ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бхаганамасадаратiх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Кого всегда вдохновляет имя, несущее богатство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840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bhaganāmasadānandā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бхаганамасадананда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всегда в блаженстве с именами, несущими богатство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841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liṅganāmasadāratiḥ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лiнгганамасадаратiх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Кого всегда вдохновляют утонченные имена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842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liṅgamālākaṇṭhabhūṣā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лiнггамалакантхабхуша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у чьего горла сияет гирлянда утонченности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843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bhagamālāvibhūṣaṇā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бхагамалавiбхушана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сияет гирляндой богатства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844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bhagaliṅgāmṛtaprītā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бхагалiнггамритаприта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Возлюблена Тонким Нектаром Богатства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845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bhagaliṅgāmṛtātmikā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бхагалiнггамритатмiка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способность проявлять тонкий нектар богатства.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846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bhagaliṅgārcanaprītā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бхагалiнггарчанаприта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Возлюбленной приношения тонких богатств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847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bhagaliṅgaśvarūpiṇī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бхагалiнггашварупiни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внутренняя природа тонкого богатства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848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bhagaliṅgasvarūpā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бхагалiнггасварупа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Сущность Тонкого Богатства 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849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bhagaliṅgasukhāvahā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бхагалiнггасукхаваха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Переносчиком удовольствия от тонкого богатства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850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svayambhūkusumaprītā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свайамбхукусумаприта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возлюбленной цветка, рожденного из самого себя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851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svayambhūkusumārcitā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свайамбхукусумарчiта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подношение цветка, рожденного из самого себя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852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svayambhūkusumaprāṇā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свайамбхукусумапрана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жизненная сила цветка, рожденного из самого себя.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853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svayambhūkusumotthitā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свайамбхукусумоттхiта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поднимает цветок, рожденный сам собой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854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svayambhūkusumasnatā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свайамбхукусумасната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купается в цветке, рожденном из самого себя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855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svayambhūpuṣpatarpitā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свайамбхупушпатарпiта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подношение предкам цветка, рожденного из самого себя.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856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svayambhūpuṣpaghaṭitā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свайамбхупушпагхатiта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прибежище цветка, рожденного из самого себя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857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svayambhūpuṣpadhāriṇī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свайамбхупушпадхарiни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поддерживает цветок, рожденный сам собой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858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svayambhūpuṣpatilakā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свайамбхупушпатiлака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носит тилак, сделанный из цветка, рожденного из самой себя.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859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svayambhūpuṣpacarcitā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свайамбхупушпачарчiта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предлагает цветок, рожденный сам собой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860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svayambhūpuṣpaniratā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свайамбхупушпанiрата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Поглощена Сущностью Цветка, Рожденного Сама собой.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861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svayambhūkusumagrahā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свайамбхукусумаграха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находится за пределами миров цветка, рожденного из самого себя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862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svayambhūpuṣpayajñāṁgā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свайамбхупушпайаджньамга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приносит в жертву Себе цветок, рожденный из самой себя.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863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svayambhūkusumātmikā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свайамбхукусуматмiка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способность души проявлять цветок, рожденный из самой себя.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864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svayambhūpuṣparacitā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свайамбхупушпарачiта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выражение цветка, рожденного из самого себя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865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svayambhūkusumapriyā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свайамбхукусумапрiйа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возлюбленной цветка, рожденного из самого себя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866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svayambhūkusumādānalālasonmattamānasā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свайамбхукусумаданалаласонматтаманаса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чей ум опьянен желанием цветка, который рождается сам собой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867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svayambhūkusumānandalaharīsnigdhadehinī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свайамбхукусуманандалахариснiгдхадэхiни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Чье дружелюбное тело испытывает волны блаженства от цветка, рожденного из самого себя.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868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svayambhūkusumadhārā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свайамбхукусумадхара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поддерживает цветок, рожденный сам собой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869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svayambhūkusumākulā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свайамбхукусумакула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семейством цветка, рожденного из самого себя.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870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svayambhūpuṣpanilayā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свайамбхупушпанiлайа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которая обитает в цветке, который рождается сам собой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871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svayambhūpuṣpavāsinī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свайамбхупушпавасiни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что сидит на цветке, который рождается сам собой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872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svayambhūkusumasnigdhā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свайамбхукусумаснiгдха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другом цветка, рожденного из самого себя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873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svayambhūkusumotsukā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свайамбхукусумотсука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высшее наслаждение цветка, рожденного из самого себя.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874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svayambhūpuṣpakāriṇī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свайамбхупушпакарiни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причиной цветка, который рождается сам собой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875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svayambhūpuṣpapālikā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свайамбхупушпапалiка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Защитницей цветка, рожденного из самого себя.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876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svayambhūkusumadhyānā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свайамбхукусумадхйана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Ученицей или Медитирующей на Цветке, Рожденном Самом себе.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877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svayambhūkusumaprabhā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свайамбхукусумапрабха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сияние цветка, рожденного из самого себя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878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svayambhūkusumajñnānā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свайамбхукусумаджньнана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Мудрость Цветка, Рождённого самого себя.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879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svayambhūpuṣpabhogiṇī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свайамбхупушпабхогiни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наслаждается цветком, рожденным из самой себя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880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svayambhūkusumānandā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свайамбхукусумананда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блаженство цветка, рожденного само собой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881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svayambhūpuṣpavarṣiṇī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свайамбхупушпаваршiни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вызывает дождь из цветка, который рождается сам собой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882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svayambhūkusumotsāhā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свайамбхукусумотсаха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энтузиазм цветка, рожденного из самого себя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883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svayambhūpuṣpapuṣpiṇī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свайамбхупушпапушпiни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Цветок Цветка, Рождённого Самого Себя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884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svayambhūkusumotsaṁgā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свайамбхукусумотсамга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всегда с цветком, который рождается сам собой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885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svayambhūpuṣparūpiṇī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свайамбхупушпарупiни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внутренняя природа цветка, рожденного из самого себя.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886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svayambhūkusumonmādā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свайамбхукусумонмада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опьянение цветка, рожденного из самого себя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887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svayambhūpuṣpasundarī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свайамбхупушпасундари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красота цветка, рожденного из самого себя.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888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svayambhūkusumārādhyā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свайамбхукусумарадхйа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которая восхищается цветком, который рождается сам собой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889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svayambhūkusumodbhavā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свайамбхукусумодбхава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рождает цветок, который рождается сам собой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890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svayambhūkusumavyagrā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свайамбхукусумавйагра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что различает цветок, рожденный сам собой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891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svayambhūpuṣpavarṇitā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свайамбхупушпаварнiта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выражает цветок, рожденный сам собой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892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svayambhūpūjakaprajñā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свайамбхупуджакапраджньа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Высшая Мудрость Поклонения тому, что рождено само собой.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893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svayambhūhotṛmātṛkā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свайамбхухотриматрика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Мать Высшей Мудрости жертвенного поклонения тому, что рождено само собой.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894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svayambhūdātṛrakṣitrī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свайамбхудатриракшiтри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Охраняющая Дарующую то, что рождено само собой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895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svayambhūbhaktabhāvikā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свайамбхубхактабхавiка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Интуитивно Понимает отношение Преданности того, Что Рождено Само собой.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896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svayambhūkusumaprajñā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свайамбхукусумапраджньа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Мудрость Цветка, Рождённого самого себя.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897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svayambhūpūjakapriyā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свайамбхупуджакапрiйа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Возлюбленная поклонения тому, что рождено само собой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898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svayambhūvandakādhārā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свайамбхувандакадхара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поддерживает дело поклонения тому, что рождено само собой.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899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svayambhūnindakāntakā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свайамбхунiндакантака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Причина Конца того, что рождается само собой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900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svayambhūpradasarvasvā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свайамбхупрадасарвасва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Дарительницей всего того, что рождено само собой.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901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svayambhūpradarūpiṇī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свайамбхупрадарупiни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внутренняя природа Дарителя того, что рождено само собой.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902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svayambhūpradasasmerā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свайамбхупрадасасмэра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Память Дарительницы того, что рождено само собой.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903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svayambharddhaśarīriṇī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свайамбхарддхашарирiни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половина тела того, что рождено само по себе.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904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sarvakālodbhavaprītā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сарвакалодбхаваприта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Возлюбленная, Кто рождает все время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905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sarvakālodbhavātmikā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сарвакалодбхаватмiка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обладает способностью выражать душу, рождающую все время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906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sarvakālodbhavodbhāvā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сарвакалодбхаводбхава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отношением всех времен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907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sarvakālodbhavodbhavā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сарвакалодбхаводбхава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рождает Время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908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kuṇdapuṣpasadāprītiḥ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кундапушпасадапритiх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Возлюбленной всех цветов в цветочном горшке.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909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golapuṣpasadāgatiḥ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голапушпасадагатiх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всегда движется с цветами света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910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kuṇdagolodbhavaprītā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кундаголодбхаваприта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Возлюбленная Света в Сосуде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911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kuṇdagolodbhavātmikā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кундаголодбхаватмiка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обладает способностью души выражать Свет в сосуде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912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śukradhārā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шукрадхара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Сторонницей Чистоты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913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śukrarūpā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шукрарупа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Форма Чистоты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914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śukrasindhunivāsinī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шукрасiндхунiвасiни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Обитает В Океане Чистоты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915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śukrālayā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шукралайа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обладает нерушимой чистотой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916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śukrabhogā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шукрабхога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наслаждается чистотой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917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śukrapūjāsadāratiḥ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шукрапуджасадаратiх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наслаждается чистым поклонением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918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raktāśayā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ракташайа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что покоится в страсти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919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raktabhogā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рактабхога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наслаждается страстью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920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raktapūjāsadāratiḥ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рактапуджасадаратiх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постоянно наслаждается страстным поклонением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921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raktapūjā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рактапуджа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Кому поклоняются со страстью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922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raktahomā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рактахома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Кому со страстью приносят жертвенные приношения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923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raktasthā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рактастха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которая находится в страсти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924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raktavatsalā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рактаватсала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принимает Прибежище в страсти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925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raktavarṇā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рактаварна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Она, Кто есть Описание страсти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926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raktadehā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рактадэха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у Которой есть Тело Страсти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927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raktapūjakaputriṇī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рактапуджакапутрiни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Дочь, рожденная от страстного поклонения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928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raktadyutī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рактадйути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Достоинство Страсти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929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raktaspṛhā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рактасприха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прикосновением страсти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930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devī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дэви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Богиня 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931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raktasundarī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рактасундари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прекрасна, страсть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932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raktābhidheyā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рактабхiдхэйа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знает страсть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933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raktārhā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рактарха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достойна страсти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934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raktakandaravanditā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рактакандаравандiта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прославляется как Страсти Бога любви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935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mahāraktā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махаракта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Великая Страсть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936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raktabhavā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рактабхава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которая существует в страсти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937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raktasṛṣṭividhāyinī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рактасриштiвiдхайiни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творит страсть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938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raktasnātā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рактасната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которая купается в страсти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939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raktasiktā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рактасiкта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что пропитана страстью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940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raktasevyātiraktinī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рактасэвйатiрактiни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становится чрезвычайно страстной в самоотверженном служении страсти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941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raktānandakarī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рактанандакари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проявляет блаженство страсти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942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raktasadānandavidhāyinī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рактасаданандавiдхайiни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всегда дарит блаженство страсти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943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raktāśayā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ракташайа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что покоится в страсти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944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raktapūrṇā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рактапурна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Дает Полную, Полную и Совершенную Страсть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945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raktasevyā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рактасэвйа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Кому служит страсть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946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manoramā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манорама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прекрасна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947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raktapūjakasarvasvā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рактапуджакасарвасва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Кому все поклоняются со страстью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948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raktanindakanāśinī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рактанiндаканашiни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разрушает критику страсти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949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raktātmikā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рактатмiка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способность души к выражению страсти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950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raktarūpā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рактарупа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Форма Страсти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951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raktākarṣaṇakāriṇī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рактакаршанакарiни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Причиной притяжения Страсти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952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raktotsāhā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рактотсаха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энтузиазм страсти 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953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raktādhyā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рактадхйа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что ездит на страсти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954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raktapānaparāyaṇā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рактапанапарайана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которая пьет со страстью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955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śoṇitānandajananī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шонiтанандаджанани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Мать Блаженства женского Семени жизни.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956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kallolasnigdharūpiṇī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каллоласнiгдхарупiни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внутренняя природа привязанности к семье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957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sādhakāntargatā devī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садхакантаргата дэви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Богиня, Входящая в Садху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958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pāyinī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пайiни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Чистое Питание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959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pāpanāśinī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папанашiни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Разрушительница всех Грехов (Путаница)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960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sādhakānāṁ sukhakarī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садхаканам сукхакари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дарит радость всем садху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961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sādhakārivināśinī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садхакарiвiнашiни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уничтожает нечистоту всех садху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962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sādhakānāṁ hṛdisthātrī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садхаканам хридiстхатри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находится в сердце всех садху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963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sādhakānandakāriṇī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садхаканандакарiни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причиной блаженства всех садху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964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sādhakānāñca jananī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садхакананьча джанани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Матерью Блаженства всех Садху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965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sādhakapriyakāriṇī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садхакапрiйакарiни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причиной любви садху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966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sādhakapracurānandasampatti sukhadāyinī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садхакапрачуранандасампаттi сукхадайiни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дарует садху богатство наслаждения и высшее блаженство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967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śukrapūjyā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шукрапуджйа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Кому поклоняется чистота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968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śukrahomasantuṣṭā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шукрахомасантушта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удовлетворен жертвенными приношениями чистоты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969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śukravatsalā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шукраватсала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принимает прибежище в чистоте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970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śukramūrtiḥ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шукрамуртiх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Образ Чистоты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971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śukradehā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шукрадэха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Воплощением Чистоты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972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śukrapūjakaputriṇī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шукрапуджакапутрiни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Дочь Чистоты Поклонения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973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śukrasthā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шукрастха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пребывает в Чистоте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974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śukriṇī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шукрiни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Высшая Чистота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975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śukrasaṁspṛhā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шукрасамсприха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совершенным прикосновением Чистоты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976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śukrasundarī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шукрасундари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Красота Чистоты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977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śukrasnātā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шукрасната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купается в чистоте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978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śukrakarī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шукракари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Проявление Чистоты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979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śukrasevyātiśukriṇī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шукрасэвйатiшукрiни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Высшая Чистота, которой служат Чистые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980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mahāśukrā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махашукра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Великая Чистота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981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śukrabhavā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шукрабхава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Чистое Существование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982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śukravṛṣṭividhāyinī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шукравриштiвiдхайiни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дарует дождь чистоты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983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śukrābhidheyā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шукрабхiдхэйа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Высшая Мудрость Чистоты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984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śukrārhāśukravandakavanditā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шукрархашукравандакавандiта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Чистые из Чистых считают Ее Почитаемой из Почитаемых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985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śukrānandakarī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шукранандакари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выражением блаженства чистоты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986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śukrasadānandavidhāyinī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шукрасаданандавiдхайiни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всегда дарит блаженство чистоты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987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śukrotsavā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шукротсава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наслаждается праздниками чистоты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988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sadāśukrapūrṇā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садашукрапурна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всегда проявляет полную, совершенную и совершенную чистоту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989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śukramanoramā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шукраманорама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Красота Чистоты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990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śukrapūjakasarvasvā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шукрапуджакасарвасва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Кому поклоняются как Чистая во всем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991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śukranindakanāśinī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шукранiндаканашiни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Разрушительница Критики Чистоты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992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śukrātmikā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шукратмiка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Обладает Способностью Души Чистоты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993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śukrasampacchukrākarṣakāriṇī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шукрасампаччхукракаршакарiни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Причиной Притяжения Богатства Чистоты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994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sāradā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сарада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Дарителем всего (как энергия творения)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995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sādhakaprāṇā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садхакапрана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Жизненной Силой Садху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996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sādhakāsaktamānasā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садхакасактаманаса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подавляет разъединяющие мысли садху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997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sādhakottamasarvasvasādhikā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садхакоттамасарвасвасадхiка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Женщиной-Садху среди всех Выдающихся Садху.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998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bhaktavatsalā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бхактаватсала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прибежищем преданных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999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sādhakānandasantoṣā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садхаканандасантоша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полностью доволен блаженством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1000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sādhakādhivināśinī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садхакадхiвiнашiни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разрушает все мысли садху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1001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ātmavidyā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атмавiдйа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Знание Души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1002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brahmavidyā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брахмавiдйа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Знание Высшей Божественности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1003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parabrahmasvarūpiṇī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парабрахмасварупiни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есть внутренняя природа Высшей Божественности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1004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trikūṭasthā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трiкутастха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которая утвердилась в трех местах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1005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paṁcakūṭā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памчакута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которая утвердилась в пяти местах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1006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sarvakūṭaśarīriṇī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сарвакуташарирiни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воплощением всех мест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1007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sarvavarṇamayī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сарваварнамайи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является выражением всего, что может быть выражено</w:t>
            </w:r>
          </w:p>
        </w:tc>
      </w:tr>
      <w:tr>
        <w:tc>
          <w:tcPr>
            <w:tcW w:type="dxa" w:w="50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1008</w:t>
            </w:r>
          </w:p>
        </w:tc>
        <w:tc>
          <w:tcPr>
            <w:tcW w:type="dxa" w:w="26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varṇajapamālāvidhāyinī</w:t>
            </w:r>
          </w:p>
        </w:tc>
        <w:tc>
          <w:tcPr>
            <w:tcW w:type="dxa" w:w="235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варнаджапамалавiдхайiни</w:t>
            </w:r>
          </w:p>
        </w:tc>
        <w:tc>
          <w:tcPr>
            <w:tcW w:type="dxa" w:w="3860"/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6"/>
              </w:rPr>
              <w:t>Та, кто дарует гирлянду всех выражений, которые можно произнести.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440" w:right="1080" w:bottom="1224" w:left="1080" w:header="504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Стр. </w:t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Arial" w:hAnsi="Arial"/>
        <w:b w:val="0"/>
        <w:i w:val="0"/>
        <w:color w:val="5B6770"/>
        <w:sz w:val="16"/>
      </w:rPr>
      <w:t>ŚRĪ KĀLIKĀ SAHASRANĀMA  •  1008 ИМЁН КАЛИ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Arial" w:hAnsi="Arial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Śrī Kālikā Sahasranāma — 1008 имён Кали</dc:title>
  <dc:subject>Санскрит, русская транслитерация и русский перевод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